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Dein vollständiger Name</w:t>
      </w:r>
    </w:p>
    <w:p>
      <w:r>
        <w:t>[Ort, Land]  |  [Telefon]  |  [E-Mail]</w:t>
      </w:r>
    </w:p>
    <w:p>
      <w:r>
        <w:t>[Berufsprofil oder Portfolio-URL, falls relevant]</w:t>
      </w:r>
    </w:p>
    <w:p>
      <w:pPr>
        <w:pStyle w:val="Heading1"/>
      </w:pPr>
      <w:r>
        <w:t>Profil</w:t>
      </w:r>
    </w:p>
    <w:p>
      <w:r>
        <w:t>[Optional: zwei bis drei Zeilen zum Bezug deiner Erfahrung zur Stelle. Nutze belegbare Fakten. Entferne diesen Abschnitt, wenn er wenig beiträgt.]</w:t>
      </w:r>
    </w:p>
    <w:p>
      <w:pPr>
        <w:pStyle w:val="Heading1"/>
      </w:pPr>
      <w:r>
        <w:t>Erfahrung</w:t>
      </w:r>
    </w:p>
    <w:p>
      <w:pPr>
        <w:keepNext/>
      </w:pPr>
      <w:r>
        <w:rPr>
          <w:b/>
        </w:rPr>
        <w:t>[Aktuellste Stellenbezeichnung]</w:t>
      </w:r>
      <w:r>
        <w:t xml:space="preserve">  |  [MM/JJJJ - heute oder MM/JJJJ]</w:t>
      </w:r>
    </w:p>
    <w:p>
      <w:r>
        <w:t>[Arbeitgeber, Ort, Land]</w:t>
      </w:r>
    </w:p>
    <w:p>
      <w:pPr>
        <w:pStyle w:val="ListBullet"/>
        <w:spacing w:after="60"/>
      </w:pPr>
      <w:r>
        <w:t>[Beschreibe eine relevante Aufgabe oder Arbeit und deinen Beitrag.]</w:t>
      </w:r>
    </w:p>
    <w:p>
      <w:pPr>
        <w:pStyle w:val="ListBullet"/>
        <w:spacing w:after="60"/>
      </w:pPr>
      <w:r>
        <w:t>[Beschreibe ein Ergebnis, das du erläutern kannst. Ergänze eine Zahl nur mit Nachweis.]</w:t>
      </w:r>
    </w:p>
    <w:p>
      <w:pPr>
        <w:keepNext/>
      </w:pPr>
      <w:r>
        <w:rPr>
          <w:b/>
        </w:rPr>
        <w:t>[Frühere Stellenbezeichnung]</w:t>
      </w:r>
      <w:r>
        <w:t xml:space="preserve">  |  [MM/JJJJ - MM/JJJJ]</w:t>
      </w:r>
    </w:p>
    <w:p>
      <w:r>
        <w:t>[Arbeitgeber, Ort, Land]</w:t>
      </w:r>
    </w:p>
    <w:p>
      <w:pPr>
        <w:pStyle w:val="ListBullet"/>
        <w:spacing w:after="60"/>
      </w:pPr>
      <w:r>
        <w:t>[Beschreibe relevante Arbeit, verwendete Werkzeuge oder Methoden und das Ergebnis.]</w:t>
      </w:r>
    </w:p>
    <w:p>
      <w:pPr>
        <w:pStyle w:val="ListBullet"/>
        <w:spacing w:after="60"/>
      </w:pPr>
      <w:r>
        <w:t>[Ergänze ein weiteres relevantes Beispiel oder entferne diese Zeile.]</w:t>
      </w:r>
    </w:p>
    <w:p>
      <w:pPr>
        <w:pStyle w:val="Heading1"/>
      </w:pPr>
      <w:r>
        <w:t>Ausbildung und relevante Weiterbildung</w:t>
      </w:r>
    </w:p>
    <w:p>
      <w:r>
        <w:rPr>
          <w:b/>
        </w:rPr>
        <w:t>[Abschluss oder Kurs]</w:t>
      </w:r>
      <w:r>
        <w:t xml:space="preserve">  |  [Institution, Land]  |  [Abschlussjahr]</w:t>
      </w:r>
    </w:p>
    <w:p>
      <w:r>
        <w:t>[Relevanter Schwerpunkt, Zertifikat oder Projekt, falls hilfreich.]</w:t>
      </w:r>
    </w:p>
    <w:p>
      <w:pPr>
        <w:pStyle w:val="Heading1"/>
      </w:pPr>
      <w:r>
        <w:t>Fähigkeiten</w:t>
      </w:r>
    </w:p>
    <w:p>
      <w:r>
        <w:t>[Relevante Werkzeuge, Methoden oder Fachkenntnisse. Nur besprechbare oder vorzeigbare Fähigkeiten behalten.]</w:t>
      </w:r>
    </w:p>
    <w:p>
      <w:pPr>
        <w:pStyle w:val="Heading1"/>
      </w:pPr>
      <w:r>
        <w:t>Sprachen</w:t>
      </w:r>
    </w:p>
    <w:p>
      <w:r>
        <w:t>[Sprache] - [ehrliches Niveau; GER-Stufe A1-C2, falls bekannt]</w:t>
      </w:r>
    </w:p>
    <w:p>
      <w:r>
        <w:t>[Sprache] - [Niveau und Nachweis, etwa aktuelle berufliche Nutzung oder datiertes Zertifikat]</w:t>
      </w:r>
    </w:p>
    <w:p>
      <w:pPr>
        <w:pStyle w:val="Heading1"/>
      </w:pPr>
      <w:r>
        <w:t>Weitere Angaben</w:t>
      </w:r>
    </w:p>
    <w:p>
      <w:r>
        <w:t>[Optional: relevantes Engagement, Projekte oder Verfügbarkeit. Ungenutzten Abschnitt entfernen.]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  <w:lang w:val="de-C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lang w:val="de-CH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Editierbare Lebenslaufvorlage für die Schweiz</dc:title>
  <dc:subject>Profil</dc:subject>
  <dc:creator>Panta</dc:creator>
  <cp:keywords>Panta, de-CH</cp:keywords>
  <dc:description>generated by python-docx</dc:description>
  <cp:lastModifiedBy/>
  <cp:revision>1</cp:revision>
  <dcterms:created xsi:type="dcterms:W3CDTF">2026-10-24T00:00:00Z</dcterms:created>
  <dcterms:modified xsi:type="dcterms:W3CDTF">2026-10-25T00:00:00Z</dcterms:modified>
  <cp:category/>
  <dc:language>de-CH</dc:language>
</cp:coreProperties>
</file>