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Votre nom complet</w:t>
      </w:r>
    </w:p>
    <w:p>
      <w:r>
        <w:t>[Ville, pays]  |  [Téléphone]  |  [E-mail]</w:t>
      </w:r>
    </w:p>
    <w:p>
      <w:r>
        <w:t>[Profil professionnel ou URL du portfolio, si pertinent]</w:t>
      </w:r>
    </w:p>
    <w:p>
      <w:pPr>
        <w:pStyle w:val="Heading1"/>
      </w:pPr>
      <w:r>
        <w:t>Profil</w:t>
      </w:r>
    </w:p>
    <w:p>
      <w:r>
        <w:t>[Facultatif : deux ou trois lignes reliant votre expérience au poste. Utilisez des faits vérifiables. Supprimez cette section si elle apporte peu.]</w:t>
      </w:r>
    </w:p>
    <w:p>
      <w:pPr>
        <w:pStyle w:val="Heading1"/>
      </w:pPr>
      <w:r>
        <w:t>Expérience</w:t>
      </w:r>
    </w:p>
    <w:p>
      <w:pPr>
        <w:keepNext/>
      </w:pPr>
      <w:r>
        <w:rPr>
          <w:b/>
        </w:rPr>
        <w:t>[Intitulé du poste le plus récent]</w:t>
      </w:r>
      <w:r>
        <w:t xml:space="preserve">  |  [MM/AAAA - aujourd’hui ou MM/AAAA]</w:t>
      </w:r>
    </w:p>
    <w:p>
      <w:r>
        <w:t>[Employeur, ville, pays]</w:t>
      </w:r>
    </w:p>
    <w:p>
      <w:pPr>
        <w:pStyle w:val="ListBullet"/>
        <w:spacing w:after="60"/>
      </w:pPr>
      <w:r>
        <w:t>[Décrivez une responsabilité ou un travail pertinent et votre contribution.]</w:t>
      </w:r>
    </w:p>
    <w:p>
      <w:pPr>
        <w:pStyle w:val="ListBullet"/>
        <w:spacing w:after="60"/>
      </w:pPr>
      <w:r>
        <w:t>[Décrivez un résultat que vous pouvez expliquer. Ajoutez un chiffre seulement s’il est étayé.]</w:t>
      </w:r>
    </w:p>
    <w:p>
      <w:pPr>
        <w:keepNext/>
      </w:pPr>
      <w:r>
        <w:rPr>
          <w:b/>
        </w:rPr>
        <w:t>[Intitulé du poste précédent]</w:t>
      </w:r>
      <w:r>
        <w:t xml:space="preserve">  |  [MM/AAAA - MM/AAAA]</w:t>
      </w:r>
    </w:p>
    <w:p>
      <w:r>
        <w:t>[Employeur, ville, pays]</w:t>
      </w:r>
    </w:p>
    <w:p>
      <w:pPr>
        <w:pStyle w:val="ListBullet"/>
        <w:spacing w:after="60"/>
      </w:pPr>
      <w:r>
        <w:t>[Décrivez un travail pertinent, les outils ou méthodes utilisés et le résultat.]</w:t>
      </w:r>
    </w:p>
    <w:p>
      <w:pPr>
        <w:pStyle w:val="ListBullet"/>
        <w:spacing w:after="60"/>
      </w:pPr>
      <w:r>
        <w:t>[Ajoutez un autre exemple pertinent ou supprimez cette ligne.]</w:t>
      </w:r>
    </w:p>
    <w:p>
      <w:pPr>
        <w:pStyle w:val="Heading1"/>
      </w:pPr>
      <w:r>
        <w:t>Formation et perfectionnement pertinents</w:t>
      </w:r>
    </w:p>
    <w:p>
      <w:r>
        <w:rPr>
          <w:b/>
        </w:rPr>
        <w:t>[Diplôme ou cours]</w:t>
      </w:r>
      <w:r>
        <w:t xml:space="preserve">  |  [Établissement, pays]  |  [Année d’obtention]</w:t>
      </w:r>
    </w:p>
    <w:p>
      <w:r>
        <w:t>[Spécialisation, certification ou projet pertinent, si utile.]</w:t>
      </w:r>
    </w:p>
    <w:p>
      <w:pPr>
        <w:pStyle w:val="Heading1"/>
      </w:pPr>
      <w:r>
        <w:t>Compétences</w:t>
      </w:r>
    </w:p>
    <w:p>
      <w:r>
        <w:t>[Outils, méthodes ou compétences techniques pertinents. Gardez uniquement ce que vous pouvez expliquer ou démontrer.]</w:t>
      </w:r>
    </w:p>
    <w:p>
      <w:pPr>
        <w:pStyle w:val="Heading1"/>
      </w:pPr>
      <w:r>
        <w:t>Langues</w:t>
      </w:r>
    </w:p>
    <w:p>
      <w:r>
        <w:t>[Langue] - [niveau réel ; niveau CECR A1-C2 si connu]</w:t>
      </w:r>
    </w:p>
    <w:p>
      <w:r>
        <w:t>[Langue] - [niveau et contexte, par exemple usage professionnel récent ou certificat daté]</w:t>
      </w:r>
    </w:p>
    <w:p>
      <w:pPr>
        <w:pStyle w:val="Heading1"/>
      </w:pPr>
      <w:r>
        <w:t>Informations complémentaires</w:t>
      </w:r>
    </w:p>
    <w:p>
      <w:r>
        <w:t>[Facultatif : bénévolat, projets ou disponibilité pertinents. Supprimez cette section si elle est inutilisée.]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  <w:lang w:val="fr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  <w:lang w:val="fr-CH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lang w:val="fr-CH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modifiable pour la Suisse</dc:title>
  <dc:subject>Profil</dc:subject>
  <dc:creator>Panta</dc:creator>
  <cp:keywords>Panta, fr-CH</cp:keywords>
  <dc:description>generated by python-docx</dc:description>
  <cp:lastModifiedBy/>
  <cp:revision>1</cp:revision>
  <dcterms:created xsi:type="dcterms:W3CDTF">2026-10-24T00:00:00Z</dcterms:created>
  <dcterms:modified xsi:type="dcterms:W3CDTF">2026-10-25T00:00:00Z</dcterms:modified>
  <cp:category/>
  <dc:language>fr-CH</dc:language>
</cp:coreProperties>
</file>