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 tuo nome completo</w:t>
      </w:r>
    </w:p>
    <w:p>
      <w:r>
        <w:t>[Città, Paese]  |  [Telefono]  |  [E-mail]</w:t>
      </w:r>
    </w:p>
    <w:p>
      <w:r>
        <w:t>[Profilo professionale o URL del portfolio, se pertinente]</w:t>
      </w:r>
    </w:p>
    <w:p>
      <w:pPr>
        <w:pStyle w:val="Heading1"/>
      </w:pPr>
      <w:r>
        <w:t>Profilo</w:t>
      </w:r>
    </w:p>
    <w:p>
      <w:r>
        <w:t>[Facoltativo: due o tre righe che collegano l’esperienza al posto. Usa fatti dimostrabili. Elimina la sezione se aggiunge poco.]</w:t>
      </w:r>
    </w:p>
    <w:p>
      <w:pPr>
        <w:pStyle w:val="Heading1"/>
      </w:pPr>
      <w:r>
        <w:t>Esperienza</w:t>
      </w:r>
    </w:p>
    <w:p>
      <w:pPr>
        <w:keepNext/>
      </w:pPr>
      <w:r>
        <w:rPr>
          <w:b/>
        </w:rPr>
        <w:t>[Titolo del posto più recente]</w:t>
      </w:r>
      <w:r>
        <w:t xml:space="preserve">  |  [MM/AAAA - oggi oppure MM/AAAA]</w:t>
      </w:r>
    </w:p>
    <w:p>
      <w:r>
        <w:t>[Datore di lavoro, città, Paese]</w:t>
      </w:r>
    </w:p>
    <w:p>
      <w:pPr>
        <w:pStyle w:val="ListBullet"/>
        <w:spacing w:after="60"/>
      </w:pPr>
      <w:r>
        <w:t>[Descrivi una responsabilità o un lavoro pertinente e il tuo contributo.]</w:t>
      </w:r>
    </w:p>
    <w:p>
      <w:pPr>
        <w:pStyle w:val="ListBullet"/>
        <w:spacing w:after="60"/>
      </w:pPr>
      <w:r>
        <w:t>[Descrivi un risultato che puoi spiegare. Aggiungi un numero solo se dimostrabile.]</w:t>
      </w:r>
    </w:p>
    <w:p>
      <w:pPr>
        <w:keepNext/>
      </w:pPr>
      <w:r>
        <w:rPr>
          <w:b/>
        </w:rPr>
        <w:t>[Titolo del posto precedente]</w:t>
      </w:r>
      <w:r>
        <w:t xml:space="preserve">  |  [MM/AAAA - MM/AAAA]</w:t>
      </w:r>
    </w:p>
    <w:p>
      <w:r>
        <w:t>[Datore di lavoro, città, Paese]</w:t>
      </w:r>
    </w:p>
    <w:p>
      <w:pPr>
        <w:pStyle w:val="ListBullet"/>
        <w:spacing w:after="60"/>
      </w:pPr>
      <w:r>
        <w:t>[Descrivi lavoro pertinente, strumenti o metodi usati e risultato.]</w:t>
      </w:r>
    </w:p>
    <w:p>
      <w:pPr>
        <w:pStyle w:val="ListBullet"/>
        <w:spacing w:after="60"/>
      </w:pPr>
      <w:r>
        <w:t>[Aggiungi un altro esempio pertinente oppure elimina la riga.]</w:t>
      </w:r>
    </w:p>
    <w:p>
      <w:pPr>
        <w:pStyle w:val="Heading1"/>
      </w:pPr>
      <w:r>
        <w:t>Formazione e perfezionamento pertinenti</w:t>
      </w:r>
    </w:p>
    <w:p>
      <w:r>
        <w:rPr>
          <w:b/>
        </w:rPr>
        <w:t>[Titolo di studio o corso]</w:t>
      </w:r>
      <w:r>
        <w:t xml:space="preserve">  |  [Istituto, Paese]  |  [Anno di conseguimento]</w:t>
      </w:r>
    </w:p>
    <w:p>
      <w:r>
        <w:t>[Specializzazione, certificazione o progetto pertinente, se utile.]</w:t>
      </w:r>
    </w:p>
    <w:p>
      <w:pPr>
        <w:pStyle w:val="Heading1"/>
      </w:pPr>
      <w:r>
        <w:t>Competenze</w:t>
      </w:r>
    </w:p>
    <w:p>
      <w:r>
        <w:t>[Strumenti, metodi o competenze tecniche pertinenti. Mantieni solo ciò che puoi spiegare o dimostrare.]</w:t>
      </w:r>
    </w:p>
    <w:p>
      <w:pPr>
        <w:pStyle w:val="Heading1"/>
      </w:pPr>
      <w:r>
        <w:t>Lingue</w:t>
      </w:r>
    </w:p>
    <w:p>
      <w:r>
        <w:t>[Lingua] - [livello reale; livello QCER A1-C2 se noto]</w:t>
      </w:r>
    </w:p>
    <w:p>
      <w:r>
        <w:t>[Lingua] - [livello e contesto, ad esempio uso professionale recente o certificato datato]</w:t>
      </w:r>
    </w:p>
    <w:p>
      <w:pPr>
        <w:pStyle w:val="Heading1"/>
      </w:pPr>
      <w:r>
        <w:t>Altre informazioni</w:t>
      </w:r>
    </w:p>
    <w:p>
      <w:r>
        <w:t>[Facoltativo: volontariato, progetti o disponibilità pertinenti. Elimina la sezione se inutilizzata.]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  <w:lang w:val="it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  <w:lang w:val="it-C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lang w:val="it-CH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curriculum modificabile per la Svizzera</dc:title>
  <dc:subject>Profilo</dc:subject>
  <dc:creator>Panta</dc:creator>
  <cp:keywords>Panta, it-CH</cp:keywords>
  <dc:description>generated by python-docx</dc:description>
  <cp:lastModifiedBy/>
  <cp:revision>1</cp:revision>
  <dcterms:created xsi:type="dcterms:W3CDTF">2026-10-24T00:00:00Z</dcterms:created>
  <dcterms:modified xsi:type="dcterms:W3CDTF">2026-10-25T00:00:00Z</dcterms:modified>
  <cp:category/>
  <dc:language>it-CH</dc:language>
</cp:coreProperties>
</file>