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Your full name</w:t>
      </w:r>
    </w:p>
    <w:p>
      <w:r>
        <w:t>[Town, country]  |  [Phone]  |  [Email]</w:t>
      </w:r>
    </w:p>
    <w:p>
      <w:r>
        <w:t>[Professional profile or portfolio URL, if relevant]</w:t>
      </w:r>
    </w:p>
    <w:p>
      <w:pPr>
        <w:pStyle w:val="Heading1"/>
      </w:pPr>
      <w:r>
        <w:t>Profile</w:t>
      </w:r>
    </w:p>
    <w:p>
      <w:r>
        <w:t>[Optional: two or three lines connecting your experience to the role. Use facts you can support. Remove this section if it adds little.]</w:t>
      </w:r>
    </w:p>
    <w:p>
      <w:pPr>
        <w:pStyle w:val="Heading1"/>
      </w:pPr>
      <w:r>
        <w:t>Experience</w:t>
      </w:r>
    </w:p>
    <w:p>
      <w:pPr>
        <w:keepNext/>
      </w:pPr>
      <w:r>
        <w:rPr>
          <w:b/>
        </w:rPr>
        <w:t>[Most recent job title]</w:t>
      </w:r>
      <w:r>
        <w:t xml:space="preserve">  |  [MM/YYYY - present or MM/YYYY]</w:t>
      </w:r>
    </w:p>
    <w:p>
      <w:r>
        <w:t>[Employer, town, country]</w:t>
      </w:r>
    </w:p>
    <w:p>
      <w:pPr>
        <w:pStyle w:val="ListBullet"/>
        <w:spacing w:after="60"/>
      </w:pPr>
      <w:r>
        <w:t>[Describe a relevant responsibility or piece of work and your contribution.]</w:t>
      </w:r>
    </w:p>
    <w:p>
      <w:pPr>
        <w:pStyle w:val="ListBullet"/>
        <w:spacing w:after="60"/>
      </w:pPr>
      <w:r>
        <w:t>[Describe an outcome you can explain. Add a number only if you can support it.]</w:t>
      </w:r>
    </w:p>
    <w:p>
      <w:pPr>
        <w:keepNext/>
      </w:pPr>
      <w:r>
        <w:rPr>
          <w:b/>
        </w:rPr>
        <w:t>[Previous job title]</w:t>
      </w:r>
      <w:r>
        <w:t xml:space="preserve">  |  [MM/YYYY - MM/YYYY]</w:t>
      </w:r>
    </w:p>
    <w:p>
      <w:r>
        <w:t>[Employer, town, country]</w:t>
      </w:r>
    </w:p>
    <w:p>
      <w:pPr>
        <w:pStyle w:val="ListBullet"/>
        <w:spacing w:after="60"/>
      </w:pPr>
      <w:r>
        <w:t>[Describe relevant work, the tools or methods you used, and what it achieved.]</w:t>
      </w:r>
    </w:p>
    <w:p>
      <w:pPr>
        <w:pStyle w:val="ListBullet"/>
        <w:spacing w:after="60"/>
      </w:pPr>
      <w:r>
        <w:t>[Add another relevant example, or remove this line.]</w:t>
      </w:r>
    </w:p>
    <w:p>
      <w:pPr>
        <w:pStyle w:val="Heading1"/>
      </w:pPr>
      <w:r>
        <w:t>Education and relevant training</w:t>
      </w:r>
    </w:p>
    <w:p>
      <w:r>
        <w:rPr>
          <w:b/>
        </w:rPr>
        <w:t>[Qualification or course]</w:t>
      </w:r>
      <w:r>
        <w:t xml:space="preserve">  |  [Institution, country]  |  [Completion year]</w:t>
      </w:r>
    </w:p>
    <w:p>
      <w:r>
        <w:t>[Relevant specialism, certification or project, if useful.]</w:t>
      </w:r>
    </w:p>
    <w:p>
      <w:pPr>
        <w:pStyle w:val="Heading1"/>
      </w:pPr>
      <w:r>
        <w:t>Skills</w:t>
      </w:r>
    </w:p>
    <w:p>
      <w:r>
        <w:t>[Relevant tools, methods or technical skills. Keep only skills you can discuss or demonstrate.]</w:t>
      </w:r>
    </w:p>
    <w:p>
      <w:pPr>
        <w:pStyle w:val="Heading1"/>
      </w:pPr>
      <w:r>
        <w:t>Languages</w:t>
      </w:r>
    </w:p>
    <w:p>
      <w:r>
        <w:t>[Language] - [honest level; CEFR level A1-C2 if known]</w:t>
      </w:r>
    </w:p>
    <w:p>
      <w:r>
        <w:t>[Language] - [level and supporting context, such as recent work use or a dated certificate]</w:t>
      </w:r>
    </w:p>
    <w:p>
      <w:pPr>
        <w:pStyle w:val="Heading1"/>
      </w:pPr>
      <w:r>
        <w:t>Additional information</w:t>
      </w:r>
    </w:p>
    <w:p>
      <w:r>
        <w:t>[Optional: relevant volunteering, projects or practical availability. Remove this section if unused.]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Editable CV template for a Swiss job application</dc:title>
  <dc:subject>Replace placeholders with confirmed experience and tailor to the vacancy</dc:subject>
  <dc:creator>Panta</dc:creator>
  <cp:keywords>CV, Switzerland, editable template</cp:keywords>
  <dc:description>generated by python-docx</dc:description>
  <cp:lastModifiedBy/>
  <cp:revision>1</cp:revision>
  <dcterms:created xsi:type="dcterms:W3CDTF">2026-10-23T00:00:00Z</dcterms:created>
  <dcterms:modified xsi:type="dcterms:W3CDTF">2026-10-23T00:00:00Z</dcterms:modified>
  <cp:category/>
</cp:coreProperties>
</file>